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THE FUNDING FILE</w:t>
      </w:r>
    </w:p>
    <w:p>
      <w:r>
        <w:rPr>
          <w:i/>
          <w:color w:val="4E6478"/>
        </w:rPr>
        <w:t>A friendly grant / bid builder for turning a good idea into a persuasive, fundable project.</w:t>
      </w:r>
    </w:p>
    <w:p>
      <w:r>
        <w:rPr>
          <w:b/>
          <w:sz w:val="18"/>
        </w:rPr>
        <w:t>EDIT ME  //  Everything in [square brackets] is a prompt for your own answer. Delete the guidance as you go.</w:t>
      </w:r>
    </w:p>
    <w:p>
      <w:pPr>
        <w:pStyle w:val="Heading1"/>
      </w:pPr>
      <w:r>
        <w:t>01 / The one-line ask</w:t>
      </w:r>
    </w:p>
    <w:p>
      <w:r>
        <w:rPr>
          <w:i/>
          <w:color w:val="4E6478"/>
        </w:rPr>
        <w:t>What do you want funded? Who benefits? How much are you asking for?</w:t>
      </w:r>
    </w:p>
    <w:p>
      <w:r>
        <w:t>[Write your answer here. Be precise, use plain language, and link to evidence where useful.]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3283"/>
        <w:gridCol w:w="3283"/>
        <w:gridCol w:w="3283"/>
      </w:tblGrid>
      <w:tr>
        <w:tc>
          <w:tcPr>
            <w:tcW w:type="dxa" w:w="3283"/>
          </w:tcPr>
          <w:p>
            <w:r>
              <w:t>Applicant / project</w:t>
            </w:r>
          </w:p>
        </w:tc>
        <w:tc>
          <w:tcPr>
            <w:tcW w:type="dxa" w:w="3283"/>
          </w:tcPr>
          <w:p>
            <w:r>
              <w:t>Funding request</w:t>
            </w:r>
          </w:p>
        </w:tc>
        <w:tc>
          <w:tcPr>
            <w:tcW w:type="dxa" w:w="3283"/>
          </w:tcPr>
          <w:p>
            <w:r>
              <w:t>Duration</w:t>
            </w:r>
          </w:p>
        </w:tc>
      </w:tr>
      <w:tr>
        <w:tc>
          <w:tcPr>
            <w:tcW w:type="dxa" w:w="3283"/>
          </w:tcPr>
          <w:p>
            <w:r>
              <w:t>[Organisation or individual]</w:t>
            </w:r>
          </w:p>
        </w:tc>
        <w:tc>
          <w:tcPr>
            <w:tcW w:type="dxa" w:w="3283"/>
          </w:tcPr>
          <w:p>
            <w:r>
              <w:t>£[Amount]</w:t>
            </w:r>
          </w:p>
        </w:tc>
        <w:tc>
          <w:tcPr>
            <w:tcW w:type="dxa" w:w="3283"/>
          </w:tcPr>
          <w:p>
            <w:r>
              <w:t>[Start – end]</w:t>
            </w:r>
          </w:p>
        </w:tc>
      </w:tr>
    </w:tbl>
    <w:p>
      <w:pPr>
        <w:pStyle w:val="Heading1"/>
      </w:pPr>
      <w:r>
        <w:t>02 / What problem are we solving?</w:t>
      </w:r>
    </w:p>
    <w:p>
      <w:r>
        <w:rPr>
          <w:i/>
          <w:color w:val="4E6478"/>
        </w:rPr>
        <w:t>Give an evidence-based need, not only an opinion. Who experiences the problem, how, and what would change?</w:t>
      </w:r>
    </w:p>
    <w:p>
      <w:r>
        <w:t>[Write your answer here. Be precise, use plain language, and link to evidence where useful.]</w:t>
      </w:r>
    </w:p>
    <w:p>
      <w:pPr>
        <w:pStyle w:val="ListBullet"/>
      </w:pPr>
      <w:r>
        <w:t>Population or community: [who, where, estimated reach]</w:t>
      </w:r>
    </w:p>
    <w:p>
      <w:pPr>
        <w:pStyle w:val="ListBullet"/>
      </w:pPr>
      <w:r>
        <w:t>Evidence: [data, consultation, lived-experience input, published research — cite sources]</w:t>
      </w:r>
    </w:p>
    <w:p>
      <w:pPr>
        <w:pStyle w:val="ListBullet"/>
      </w:pPr>
      <w:r>
        <w:t>What is currently missing, duplicative or inaccessible? [briefly]</w:t>
      </w:r>
    </w:p>
    <w:p>
      <w:pPr>
        <w:pStyle w:val="Heading1"/>
      </w:pPr>
      <w:r>
        <w:t>03 / The project in plain English</w:t>
      </w:r>
    </w:p>
    <w:p>
      <w:r>
        <w:rPr>
          <w:i/>
          <w:color w:val="4E6478"/>
        </w:rPr>
        <w:t>Describe your solution as if you were explaining it in a pub to someone who has never heard of it.</w:t>
      </w:r>
    </w:p>
    <w:p>
      <w:r>
        <w:t>[Write your answer here. Be precise, use plain language, and link to evidence where useful.]</w:t>
      </w:r>
    </w:p>
    <w:p>
      <w:pPr>
        <w:pStyle w:val="Heading1"/>
      </w:pPr>
      <w:r>
        <w:t>04 / Who is involved</w:t>
      </w:r>
    </w:p>
    <w:p>
      <w:r>
        <w:rPr>
          <w:i/>
          <w:color w:val="4E6478"/>
        </w:rPr>
        <w:t>How will the people affected help design, deliver and evaluate the project?</w:t>
      </w:r>
    </w:p>
    <w:p>
      <w:r>
        <w:t>[Write your answer here. Be precise, use plain language, and link to evidence where useful.]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3283"/>
        <w:gridCol w:w="3283"/>
        <w:gridCol w:w="3283"/>
      </w:tblGrid>
      <w:tr>
        <w:tc>
          <w:tcPr>
            <w:tcW w:type="dxa" w:w="3283"/>
          </w:tcPr>
          <w:p>
            <w:r>
              <w:t>People / partner</w:t>
            </w:r>
          </w:p>
        </w:tc>
        <w:tc>
          <w:tcPr>
            <w:tcW w:type="dxa" w:w="3283"/>
          </w:tcPr>
          <w:p>
            <w:r>
              <w:t>Why they matter</w:t>
            </w:r>
          </w:p>
        </w:tc>
        <w:tc>
          <w:tcPr>
            <w:tcW w:type="dxa" w:w="3283"/>
          </w:tcPr>
          <w:p>
            <w:r>
              <w:t>How you will involve them</w:t>
            </w:r>
          </w:p>
        </w:tc>
      </w:tr>
      <w:tr>
        <w:tc>
          <w:tcPr>
            <w:tcW w:type="dxa" w:w="3283"/>
          </w:tcPr>
          <w:p>
            <w:r>
              <w:t>[Group]</w:t>
            </w:r>
          </w:p>
        </w:tc>
        <w:tc>
          <w:tcPr>
            <w:tcW w:type="dxa" w:w="3283"/>
          </w:tcPr>
          <w:p>
            <w:r>
              <w:t>[Contribution]</w:t>
            </w:r>
          </w:p>
        </w:tc>
        <w:tc>
          <w:tcPr>
            <w:tcW w:type="dxa" w:w="3283"/>
          </w:tcPr>
          <w:p>
            <w:r>
              <w:t>[Methods / accessibility]</w:t>
            </w:r>
          </w:p>
        </w:tc>
      </w:tr>
      <w:tr>
        <w:tc>
          <w:tcPr>
            <w:tcW w:type="dxa" w:w="3283"/>
          </w:tcPr>
          <w:p>
            <w:r>
              <w:t>[Group]</w:t>
            </w:r>
          </w:p>
        </w:tc>
        <w:tc>
          <w:tcPr>
            <w:tcW w:type="dxa" w:w="3283"/>
          </w:tcPr>
          <w:p>
            <w:r>
              <w:t>[Contribution]</w:t>
            </w:r>
          </w:p>
        </w:tc>
        <w:tc>
          <w:tcPr>
            <w:tcW w:type="dxa" w:w="3283"/>
          </w:tcPr>
          <w:p>
            <w:r>
              <w:t>[Methods / accessibility]</w:t>
            </w:r>
          </w:p>
        </w:tc>
      </w:tr>
    </w:tbl>
    <w:p>
      <w:pPr>
        <w:pStyle w:val="Heading1"/>
      </w:pPr>
      <w:r>
        <w:t>05 / Outputs, outcomes and measures</w:t>
      </w:r>
    </w:p>
    <w:p>
      <w:r>
        <w:rPr>
          <w:i/>
          <w:color w:val="4E6478"/>
        </w:rPr>
        <w:t>Outputs = what you do; outcomes = what changes as a result. Make success testable.</w:t>
      </w:r>
    </w:p>
    <w:p>
      <w:r>
        <w:t>[Write your answer here. Be precise, use plain language, and link to evidence where useful.]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3283"/>
        <w:gridCol w:w="3283"/>
        <w:gridCol w:w="3283"/>
      </w:tblGrid>
      <w:tr>
        <w:tc>
          <w:tcPr>
            <w:tcW w:type="dxa" w:w="3283"/>
          </w:tcPr>
          <w:p>
            <w:r>
              <w:t>Activity / output</w:t>
            </w:r>
          </w:p>
        </w:tc>
        <w:tc>
          <w:tcPr>
            <w:tcW w:type="dxa" w:w="3283"/>
          </w:tcPr>
          <w:p>
            <w:r>
              <w:t>Expected outcome</w:t>
            </w:r>
          </w:p>
        </w:tc>
        <w:tc>
          <w:tcPr>
            <w:tcW w:type="dxa" w:w="3283"/>
          </w:tcPr>
          <w:p>
            <w:r>
              <w:t>Measure, baseline and target</w:t>
            </w:r>
          </w:p>
        </w:tc>
      </w:tr>
      <w:tr>
        <w:tc>
          <w:tcPr>
            <w:tcW w:type="dxa" w:w="3283"/>
          </w:tcPr>
          <w:p>
            <w:r>
              <w:t>[Workshop x 4]</w:t>
            </w:r>
          </w:p>
        </w:tc>
        <w:tc>
          <w:tcPr>
            <w:tcW w:type="dxa" w:w="3283"/>
          </w:tcPr>
          <w:p>
            <w:r>
              <w:t>[People gain practical skills]</w:t>
            </w:r>
          </w:p>
        </w:tc>
        <w:tc>
          <w:tcPr>
            <w:tcW w:type="dxa" w:w="3283"/>
          </w:tcPr>
          <w:p>
            <w:r>
              <w:t>[Pre/post feedback; baseline x; target y]</w:t>
            </w:r>
          </w:p>
        </w:tc>
      </w:tr>
      <w:tr>
        <w:tc>
          <w:tcPr>
            <w:tcW w:type="dxa" w:w="3283"/>
          </w:tcPr>
          <w:p>
            <w:r>
              <w:t>[Project]</w:t>
            </w:r>
          </w:p>
        </w:tc>
        <w:tc>
          <w:tcPr>
            <w:tcW w:type="dxa" w:w="3283"/>
          </w:tcPr>
          <w:p>
            <w:r>
              <w:t>[Change]</w:t>
            </w:r>
          </w:p>
        </w:tc>
        <w:tc>
          <w:tcPr>
            <w:tcW w:type="dxa" w:w="3283"/>
          </w:tcPr>
          <w:p>
            <w:r>
              <w:t>[Evidence / indicator]</w:t>
            </w:r>
          </w:p>
        </w:tc>
      </w:tr>
    </w:tbl>
    <w:p>
      <w:pPr>
        <w:pStyle w:val="Heading1"/>
      </w:pPr>
      <w:r>
        <w:t>06 / Delivery plan</w:t>
      </w:r>
    </w:p>
    <w:p>
      <w:r>
        <w:rPr>
          <w:i/>
          <w:color w:val="4E6478"/>
        </w:rPr>
        <w:t>Outline realistic milestones, owners, dependencies and approvals.</w:t>
      </w:r>
    </w:p>
    <w:p>
      <w:r>
        <w:t>[Write your answer here. Be precise, use plain language, and link to evidence where useful.]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3283"/>
        <w:gridCol w:w="3283"/>
        <w:gridCol w:w="3283"/>
      </w:tblGrid>
      <w:tr>
        <w:tc>
          <w:tcPr>
            <w:tcW w:type="dxa" w:w="3283"/>
          </w:tcPr>
          <w:p>
            <w:r>
              <w:t>When</w:t>
            </w:r>
          </w:p>
        </w:tc>
        <w:tc>
          <w:tcPr>
            <w:tcW w:type="dxa" w:w="3283"/>
          </w:tcPr>
          <w:p>
            <w:r>
              <w:t>Milestone / deliverable</w:t>
            </w:r>
          </w:p>
        </w:tc>
        <w:tc>
          <w:tcPr>
            <w:tcW w:type="dxa" w:w="3283"/>
          </w:tcPr>
          <w:p>
            <w:r>
              <w:t>Owner / key dependency</w:t>
            </w:r>
          </w:p>
        </w:tc>
      </w:tr>
      <w:tr>
        <w:tc>
          <w:tcPr>
            <w:tcW w:type="dxa" w:w="3283"/>
          </w:tcPr>
          <w:p>
            <w:r>
              <w:t>[Month 1]</w:t>
            </w:r>
          </w:p>
        </w:tc>
        <w:tc>
          <w:tcPr>
            <w:tcW w:type="dxa" w:w="3283"/>
          </w:tcPr>
          <w:p>
            <w:r>
              <w:t>[Co-design and recruitment]</w:t>
            </w:r>
          </w:p>
        </w:tc>
        <w:tc>
          <w:tcPr>
            <w:tcW w:type="dxa" w:w="3283"/>
          </w:tcPr>
          <w:p>
            <w:r>
              <w:t>[Name / access]</w:t>
            </w:r>
          </w:p>
        </w:tc>
      </w:tr>
      <w:tr>
        <w:tc>
          <w:tcPr>
            <w:tcW w:type="dxa" w:w="3283"/>
          </w:tcPr>
          <w:p>
            <w:r>
              <w:t>[Month 2]</w:t>
            </w:r>
          </w:p>
        </w:tc>
        <w:tc>
          <w:tcPr>
            <w:tcW w:type="dxa" w:w="3283"/>
          </w:tcPr>
          <w:p>
            <w:r>
              <w:t>[Pilot launch]</w:t>
            </w:r>
          </w:p>
        </w:tc>
        <w:tc>
          <w:tcPr>
            <w:tcW w:type="dxa" w:w="3283"/>
          </w:tcPr>
          <w:p>
            <w:r>
              <w:t>[Name / venue]</w:t>
            </w:r>
          </w:p>
        </w:tc>
      </w:tr>
      <w:tr>
        <w:tc>
          <w:tcPr>
            <w:tcW w:type="dxa" w:w="3283"/>
          </w:tcPr>
          <w:p>
            <w:r>
              <w:t>[Month 3]</w:t>
            </w:r>
          </w:p>
        </w:tc>
        <w:tc>
          <w:tcPr>
            <w:tcW w:type="dxa" w:w="3283"/>
          </w:tcPr>
          <w:p>
            <w:r>
              <w:t>[Review and share learning]</w:t>
            </w:r>
          </w:p>
        </w:tc>
        <w:tc>
          <w:tcPr>
            <w:tcW w:type="dxa" w:w="3283"/>
          </w:tcPr>
          <w:p>
            <w:r>
              <w:t>[Name / data]</w:t>
            </w:r>
          </w:p>
        </w:tc>
      </w:tr>
    </w:tbl>
    <w:p>
      <w:pPr>
        <w:pStyle w:val="Heading1"/>
      </w:pPr>
      <w:r>
        <w:t>07 / Budget &amp; value for money</w:t>
      </w:r>
    </w:p>
    <w:p>
      <w:r>
        <w:rPr>
          <w:i/>
          <w:color w:val="4E6478"/>
        </w:rPr>
        <w:t>Show exact costs and what the funder pays for. Use the companion Money Map spreadsheet for calculations.</w:t>
      </w:r>
    </w:p>
    <w:p>
      <w:r>
        <w:t>[Write your answer here. Be precise, use plain language, and link to evidence where useful.]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3283"/>
        <w:gridCol w:w="3283"/>
        <w:gridCol w:w="3283"/>
      </w:tblGrid>
      <w:tr>
        <w:tc>
          <w:tcPr>
            <w:tcW w:type="dxa" w:w="3283"/>
          </w:tcPr>
          <w:p>
            <w:r>
              <w:t>Cost item</w:t>
            </w:r>
          </w:p>
        </w:tc>
        <w:tc>
          <w:tcPr>
            <w:tcW w:type="dxa" w:w="3283"/>
          </w:tcPr>
          <w:p>
            <w:r>
              <w:t>Basis of estimate</w:t>
            </w:r>
          </w:p>
        </w:tc>
        <w:tc>
          <w:tcPr>
            <w:tcW w:type="dxa" w:w="3283"/>
          </w:tcPr>
          <w:p>
            <w:r>
              <w:t>Amount</w:t>
            </w:r>
          </w:p>
        </w:tc>
      </w:tr>
      <w:tr>
        <w:tc>
          <w:tcPr>
            <w:tcW w:type="dxa" w:w="3283"/>
          </w:tcPr>
          <w:p>
            <w:r>
              <w:t>[Venue]</w:t>
            </w:r>
          </w:p>
        </w:tc>
        <w:tc>
          <w:tcPr>
            <w:tcW w:type="dxa" w:w="3283"/>
          </w:tcPr>
          <w:p>
            <w:r>
              <w:t>[Hours × rate / written quote]</w:t>
            </w:r>
          </w:p>
        </w:tc>
        <w:tc>
          <w:tcPr>
            <w:tcW w:type="dxa" w:w="3283"/>
          </w:tcPr>
          <w:p>
            <w:r>
              <w:t>£[ ]</w:t>
            </w:r>
          </w:p>
        </w:tc>
      </w:tr>
      <w:tr>
        <w:tc>
          <w:tcPr>
            <w:tcW w:type="dxa" w:w="3283"/>
          </w:tcPr>
          <w:p>
            <w:r>
              <w:t>[Materials]</w:t>
            </w:r>
          </w:p>
        </w:tc>
        <w:tc>
          <w:tcPr>
            <w:tcW w:type="dxa" w:w="3283"/>
          </w:tcPr>
          <w:p>
            <w:r>
              <w:t>[Quantity × unit cost]</w:t>
            </w:r>
          </w:p>
        </w:tc>
        <w:tc>
          <w:tcPr>
            <w:tcW w:type="dxa" w:w="3283"/>
          </w:tcPr>
          <w:p>
            <w:r>
              <w:t>£[ ]</w:t>
            </w:r>
          </w:p>
        </w:tc>
      </w:tr>
      <w:tr>
        <w:tc>
          <w:tcPr>
            <w:tcW w:type="dxa" w:w="3283"/>
          </w:tcPr>
          <w:p>
            <w:r>
              <w:t>[Accessibility]</w:t>
            </w:r>
          </w:p>
        </w:tc>
        <w:tc>
          <w:tcPr>
            <w:tcW w:type="dxa" w:w="3283"/>
          </w:tcPr>
          <w:p>
            <w:r>
              <w:t>[Interpretation/transport]</w:t>
            </w:r>
          </w:p>
        </w:tc>
        <w:tc>
          <w:tcPr>
            <w:tcW w:type="dxa" w:w="3283"/>
          </w:tcPr>
          <w:p>
            <w:r>
              <w:t>£[ ]</w:t>
            </w:r>
          </w:p>
        </w:tc>
      </w:tr>
    </w:tbl>
    <w:p>
      <w:pPr>
        <w:pStyle w:val="Heading1"/>
      </w:pPr>
      <w:r>
        <w:t>08 / Risks, safeguarding and accessibility</w:t>
      </w:r>
    </w:p>
    <w:p>
      <w:r>
        <w:rPr>
          <w:i/>
          <w:color w:val="4E6478"/>
        </w:rPr>
        <w:t>How will you keep participation safe and inclusive? Who makes decisions?</w:t>
      </w:r>
    </w:p>
    <w:p>
      <w:r>
        <w:t>[Write your answer here. Be precise, use plain language, and link to evidence where useful.]</w:t>
      </w:r>
    </w:p>
    <w:p>
      <w:pPr>
        <w:pStyle w:val="ListBullet"/>
      </w:pPr>
      <w:r>
        <w:t>Main delivery risk: [likelihood / impact / mitigation / owner]</w:t>
      </w:r>
    </w:p>
    <w:p>
      <w:pPr>
        <w:pStyle w:val="ListBullet"/>
      </w:pPr>
      <w:r>
        <w:t>Accessibility and fair recruitment: [how barriers are reduced]</w:t>
      </w:r>
    </w:p>
    <w:p>
      <w:pPr>
        <w:pStyle w:val="ListBullet"/>
      </w:pPr>
      <w:r>
        <w:t>Information governance, consent and safeguarding: [relevant arrangements]</w:t>
      </w:r>
    </w:p>
    <w:p>
      <w:pPr>
        <w:pStyle w:val="Heading1"/>
      </w:pPr>
      <w:r>
        <w:t>09 / What happens after the funding?</w:t>
      </w:r>
    </w:p>
    <w:p>
      <w:r>
        <w:rPr>
          <w:i/>
          <w:color w:val="4E6478"/>
        </w:rPr>
        <w:t>Can the impact continue, will learning be public, or is this intended as a time-limited pilot?</w:t>
      </w:r>
    </w:p>
    <w:p>
      <w:r>
        <w:t>[Write your answer here. Be precise, use plain language, and link to evidence where useful.]</w:t>
      </w:r>
    </w:p>
    <w:p>
      <w:pPr>
        <w:pStyle w:val="Heading1"/>
      </w:pPr>
      <w:r>
        <w:t>10 / Why you and why now?</w:t>
      </w:r>
    </w:p>
    <w:p>
      <w:r>
        <w:rPr>
          <w:i/>
          <w:color w:val="4E6478"/>
        </w:rPr>
        <w:t>Highlight relationships, lived knowledge, prior delivery and what makes your approach credible — without overstating it.</w:t>
      </w:r>
    </w:p>
    <w:p>
      <w:r>
        <w:t>[Write your answer here. Be precise, use plain language, and link to evidence where useful.]</w:t>
      </w:r>
    </w:p>
    <w:p>
      <w:pPr>
        <w:pStyle w:val="Heading1"/>
      </w:pPr>
      <w:r>
        <w:t>11 / Final checklist</w:t>
      </w:r>
    </w:p>
    <w:p>
      <w:r>
        <w:rPr>
          <w:i/>
          <w:color w:val="4E6478"/>
        </w:rPr>
        <w:t>Run through before you press send.</w:t>
      </w:r>
    </w:p>
    <w:p>
      <w:pPr>
        <w:pStyle w:val="ListBullet"/>
      </w:pPr>
      <w:r>
        <w:t>Answer every funder question and stick to their character and word limits.</w:t>
      </w:r>
    </w:p>
    <w:p>
      <w:pPr>
        <w:pStyle w:val="ListBullet"/>
      </w:pPr>
      <w:r>
        <w:t>Ensure project dates, budget totals and delivery outputs agree across documents.</w:t>
      </w:r>
    </w:p>
    <w:p>
      <w:pPr>
        <w:pStyle w:val="ListBullet"/>
      </w:pPr>
      <w:r>
        <w:t>Explain equality, accessibility and safeguarding arrangements as appropriate.</w:t>
      </w:r>
    </w:p>
    <w:p>
      <w:pPr>
        <w:pStyle w:val="ListBullet"/>
      </w:pPr>
      <w:r>
        <w:t>Obtain partner approval before naming them as committed.</w:t>
      </w:r>
    </w:p>
    <w:p>
      <w:pPr>
        <w:pStyle w:val="ListBullet"/>
      </w:pPr>
      <w:r>
        <w:t>Check the funder’s eligibility, deadlines, match-funding rules and attachments.</w:t>
      </w:r>
    </w:p>
    <w:p>
      <w:pPr>
        <w:pStyle w:val="ListBullet"/>
      </w:pPr>
      <w:r>
        <w:t>Include genuinely verifiable evidence, never invented statistics.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94" w:right="1195" w:bottom="1037" w:left="119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315D96"/>
        <w:sz w:val="16"/>
      </w:rPr>
      <w:t>FREE TO ADAPT  ✳  Actual Knowledge Exchange  •  themajorityvotegeneral@gmail.com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color w:val="315D96"/>
      </w:rPr>
      <w:t>THE MAJORITY VOTE  /  AKE  /  THE UNLOCKED DRAWER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122B52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315D96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22B52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20" w:line="240" w:lineRule="auto" w:before="280"/>
      <w:contextualSpacing/>
    </w:pPr>
    <w:rPr>
      <w:rFonts w:asciiTheme="majorHAnsi" w:eastAsiaTheme="majorEastAsia" w:hAnsiTheme="majorHAnsi" w:cstheme="majorBidi" w:ascii="Aptos Display" w:hAnsi="Aptos Display"/>
      <w:b/>
      <w:color w:val="122B52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