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FIRST MOVE</w:t>
      </w:r>
    </w:p>
    <w:p>
      <w:r>
        <w:rPr>
          <w:i/>
          <w:color w:val="4E6478"/>
        </w:rPr>
        <w:t>A project starter canvas. Start messy, finish with a first action.</w:t>
      </w:r>
    </w:p>
    <w:p>
      <w:r>
        <w:rPr>
          <w:b/>
          <w:sz w:val="18"/>
        </w:rPr>
        <w:t>EDIT ME  //  Everything in [square brackets] is a prompt for your own answer. Delete the guidance as you go.</w:t>
      </w:r>
    </w:p>
    <w:p>
      <w:pPr>
        <w:pStyle w:val="Heading1"/>
      </w:pPr>
      <w:r>
        <w:t>01 / The spark</w:t>
      </w:r>
    </w:p>
    <w:p>
      <w:r>
        <w:rPr>
          <w:i/>
          <w:color w:val="4E6478"/>
        </w:rPr>
        <w:t>What do you want to change? Give this idea a working title.</w:t>
      </w:r>
    </w:p>
    <w:p>
      <w:r>
        <w:t>[Write your answer here. Be precise, use plain language, and link to evidence where useful.]</w:t>
      </w:r>
    </w:p>
    <w:p>
      <w:pPr>
        <w:pStyle w:val="Heading1"/>
      </w:pPr>
      <w:r>
        <w:t>02 / Who is this for?</w:t>
      </w:r>
    </w:p>
    <w:p>
      <w:r>
        <w:rPr>
          <w:i/>
          <w:color w:val="4E6478"/>
        </w:rPr>
        <w:t>Who benefits, and what do they say they need? What assumptions need checking?</w:t>
      </w:r>
    </w:p>
    <w:p>
      <w:r>
        <w:t>[Write your answer here. Be precise, use plain language, and link to evidence where useful.]</w:t>
      </w:r>
    </w:p>
    <w:p>
      <w:pPr>
        <w:pStyle w:val="Heading1"/>
      </w:pPr>
      <w:r>
        <w:t>03 / Your best first experiment</w:t>
      </w:r>
    </w:p>
    <w:p>
      <w:r>
        <w:rPr>
          <w:i/>
          <w:color w:val="4E6478"/>
        </w:rPr>
        <w:t>What could you test in the next 2–4 weeks with minimal time and cost?</w:t>
      </w:r>
    </w:p>
    <w:p>
      <w:r>
        <w:t>[Write your answer here. Be precise, use plain language, and link to evidence where useful.]</w:t>
      </w:r>
    </w:p>
    <w:p>
      <w:pPr>
        <w:pStyle w:val="Heading1"/>
      </w:pPr>
      <w:r>
        <w:t>04 / People to talk to</w:t>
      </w:r>
    </w:p>
    <w:p>
      <w:r>
        <w:rPr>
          <w:i/>
          <w:color w:val="4E6478"/>
        </w:rPr>
        <w:t>Who has lived experience, who has knowledge, who can make things happen, and who must approve?</w:t>
      </w:r>
    </w:p>
    <w:p>
      <w:r>
        <w:t>[Write your answer here. Be precise, use plain language, and link to evidence where useful.]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83"/>
        <w:gridCol w:w="3283"/>
        <w:gridCol w:w="3283"/>
      </w:tblGrid>
      <w:tr>
        <w:tc>
          <w:tcPr>
            <w:tcW w:type="dxa" w:w="3283"/>
          </w:tcPr>
          <w:p>
            <w:r>
              <w:t>Who</w:t>
            </w:r>
          </w:p>
        </w:tc>
        <w:tc>
          <w:tcPr>
            <w:tcW w:type="dxa" w:w="3283"/>
          </w:tcPr>
          <w:p>
            <w:r>
              <w:t>What to ask / offer</w:t>
            </w:r>
          </w:p>
        </w:tc>
        <w:tc>
          <w:tcPr>
            <w:tcW w:type="dxa" w:w="3283"/>
          </w:tcPr>
          <w:p>
            <w:r>
              <w:t>Next step</w:t>
            </w:r>
          </w:p>
        </w:tc>
      </w:tr>
      <w:tr>
        <w:tc>
          <w:tcPr>
            <w:tcW w:type="dxa" w:w="3283"/>
          </w:tcPr>
          <w:p>
            <w:r>
              <w:t>[Person / group]</w:t>
            </w:r>
          </w:p>
        </w:tc>
        <w:tc>
          <w:tcPr>
            <w:tcW w:type="dxa" w:w="3283"/>
          </w:tcPr>
          <w:p>
            <w:r>
              <w:t>[Question or collaboration]</w:t>
            </w:r>
          </w:p>
        </w:tc>
        <w:tc>
          <w:tcPr>
            <w:tcW w:type="dxa" w:w="3283"/>
          </w:tcPr>
          <w:p>
            <w:r>
              <w:t>[Reach out by date]</w:t>
            </w:r>
          </w:p>
        </w:tc>
      </w:tr>
      <w:tr>
        <w:tc>
          <w:tcPr>
            <w:tcW w:type="dxa" w:w="3283"/>
          </w:tcPr>
          <w:p>
            <w:r>
              <w:t>[Person / group]</w:t>
            </w:r>
          </w:p>
        </w:tc>
        <w:tc>
          <w:tcPr>
            <w:tcW w:type="dxa" w:w="3283"/>
          </w:tcPr>
          <w:p>
            <w:r>
              <w:t>[Question or collaboration]</w:t>
            </w:r>
          </w:p>
        </w:tc>
        <w:tc>
          <w:tcPr>
            <w:tcW w:type="dxa" w:w="3283"/>
          </w:tcPr>
          <w:p>
            <w:r>
              <w:t>[Reach out by date]</w:t>
            </w:r>
          </w:p>
        </w:tc>
      </w:tr>
    </w:tbl>
    <w:p>
      <w:pPr>
        <w:pStyle w:val="Heading1"/>
      </w:pPr>
      <w:r>
        <w:t>05 / What does success look like?</w:t>
      </w:r>
    </w:p>
    <w:p>
      <w:r>
        <w:rPr>
          <w:i/>
          <w:color w:val="4E6478"/>
        </w:rPr>
        <w:t>Define an outcome that matters to the people involved, not just a count of meetings.</w:t>
      </w:r>
    </w:p>
    <w:p>
      <w:r>
        <w:t>[Write your answer here. Be precise, use plain language, and link to evidence where useful.]</w:t>
      </w:r>
    </w:p>
    <w:p>
      <w:pPr>
        <w:pStyle w:val="Heading1"/>
      </w:pPr>
      <w:r>
        <w:t>06 / What do you need?</w:t>
      </w:r>
    </w:p>
    <w:p>
      <w:r>
        <w:rPr>
          <w:i/>
          <w:color w:val="4E6478"/>
        </w:rPr>
        <w:t>People, place, money, tools, permissions, time, accessibility, information.</w:t>
      </w:r>
    </w:p>
    <w:p>
      <w:r>
        <w:t>[Write your answer here. Be precise, use plain language, and link to evidence where useful.]</w:t>
      </w:r>
    </w:p>
    <w:p>
      <w:pPr>
        <w:pStyle w:val="Heading1"/>
      </w:pPr>
      <w:r>
        <w:t>07 / What could get in the way?</w:t>
      </w:r>
    </w:p>
    <w:p>
      <w:r>
        <w:rPr>
          <w:i/>
          <w:color w:val="4E6478"/>
        </w:rPr>
        <w:t>Name three risks, early warning signs and what you can do about them.</w:t>
      </w:r>
    </w:p>
    <w:p>
      <w:r>
        <w:t>[Write your answer here. Be precise, use plain language, and link to evidence where useful.]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25"/>
        <w:gridCol w:w="4925"/>
      </w:tblGrid>
      <w:tr>
        <w:tc>
          <w:tcPr>
            <w:tcW w:type="dxa" w:w="4925"/>
          </w:tcPr>
          <w:p>
            <w:r>
              <w:t>Risk / uncertainty</w:t>
            </w:r>
          </w:p>
        </w:tc>
        <w:tc>
          <w:tcPr>
            <w:tcW w:type="dxa" w:w="4925"/>
          </w:tcPr>
          <w:p>
            <w:r>
              <w:t>First mitigation</w:t>
            </w:r>
          </w:p>
        </w:tc>
      </w:tr>
      <w:tr>
        <w:tc>
          <w:tcPr>
            <w:tcW w:type="dxa" w:w="4925"/>
          </w:tcPr>
          <w:p>
            <w:r>
              <w:t>[Risk 1]</w:t>
            </w:r>
          </w:p>
        </w:tc>
        <w:tc>
          <w:tcPr>
            <w:tcW w:type="dxa" w:w="4925"/>
          </w:tcPr>
          <w:p>
            <w:r>
              <w:t>[Action]</w:t>
            </w:r>
          </w:p>
        </w:tc>
      </w:tr>
      <w:tr>
        <w:tc>
          <w:tcPr>
            <w:tcW w:type="dxa" w:w="4925"/>
          </w:tcPr>
          <w:p>
            <w:r>
              <w:t>[Risk 2]</w:t>
            </w:r>
          </w:p>
        </w:tc>
        <w:tc>
          <w:tcPr>
            <w:tcW w:type="dxa" w:w="4925"/>
          </w:tcPr>
          <w:p>
            <w:r>
              <w:t>[Action]</w:t>
            </w:r>
          </w:p>
        </w:tc>
      </w:tr>
      <w:tr>
        <w:tc>
          <w:tcPr>
            <w:tcW w:type="dxa" w:w="4925"/>
          </w:tcPr>
          <w:p>
            <w:r>
              <w:t>[Risk 3]</w:t>
            </w:r>
          </w:p>
        </w:tc>
        <w:tc>
          <w:tcPr>
            <w:tcW w:type="dxa" w:w="4925"/>
          </w:tcPr>
          <w:p>
            <w:r>
              <w:t>[Action]</w:t>
            </w:r>
          </w:p>
        </w:tc>
      </w:tr>
    </w:tbl>
    <w:p>
      <w:pPr>
        <w:pStyle w:val="Heading1"/>
      </w:pPr>
      <w:r>
        <w:t>08 / Your next three moves</w:t>
      </w:r>
    </w:p>
    <w:p>
      <w:r>
        <w:rPr>
          <w:i/>
          <w:color w:val="4E6478"/>
        </w:rPr>
        <w:t>Make them small, owned and dated.</w:t>
      </w:r>
    </w:p>
    <w:p>
      <w:r>
        <w:t>[Write your answer here. Be precise, use plain language, and link to evidence where useful.]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83"/>
        <w:gridCol w:w="3283"/>
        <w:gridCol w:w="3283"/>
      </w:tblGrid>
      <w:tr>
        <w:tc>
          <w:tcPr>
            <w:tcW w:type="dxa" w:w="3283"/>
          </w:tcPr>
          <w:p>
            <w:r>
              <w:t>Action</w:t>
            </w:r>
          </w:p>
        </w:tc>
        <w:tc>
          <w:tcPr>
            <w:tcW w:type="dxa" w:w="3283"/>
          </w:tcPr>
          <w:p>
            <w:r>
              <w:t>By when?</w:t>
            </w:r>
          </w:p>
        </w:tc>
        <w:tc>
          <w:tcPr>
            <w:tcW w:type="dxa" w:w="3283"/>
          </w:tcPr>
          <w:p>
            <w:r>
              <w:t>Who is responsible?</w:t>
            </w:r>
          </w:p>
        </w:tc>
      </w:tr>
      <w:tr>
        <w:tc>
          <w:tcPr>
            <w:tcW w:type="dxa" w:w="3283"/>
          </w:tcPr>
          <w:p>
            <w:r>
              <w:t>[1]</w:t>
            </w:r>
          </w:p>
        </w:tc>
        <w:tc>
          <w:tcPr>
            <w:tcW w:type="dxa" w:w="3283"/>
          </w:tcPr>
          <w:p>
            <w:r>
              <w:t>[Date]</w:t>
            </w:r>
          </w:p>
        </w:tc>
        <w:tc>
          <w:tcPr>
            <w:tcW w:type="dxa" w:w="3283"/>
          </w:tcPr>
          <w:p>
            <w:r>
              <w:t>[Name]</w:t>
            </w:r>
          </w:p>
        </w:tc>
      </w:tr>
      <w:tr>
        <w:tc>
          <w:tcPr>
            <w:tcW w:type="dxa" w:w="3283"/>
          </w:tcPr>
          <w:p>
            <w:r>
              <w:t>[2]</w:t>
            </w:r>
          </w:p>
        </w:tc>
        <w:tc>
          <w:tcPr>
            <w:tcW w:type="dxa" w:w="3283"/>
          </w:tcPr>
          <w:p>
            <w:r>
              <w:t>[Date]</w:t>
            </w:r>
          </w:p>
        </w:tc>
        <w:tc>
          <w:tcPr>
            <w:tcW w:type="dxa" w:w="3283"/>
          </w:tcPr>
          <w:p>
            <w:r>
              <w:t>[Name]</w:t>
            </w:r>
          </w:p>
        </w:tc>
      </w:tr>
      <w:tr>
        <w:tc>
          <w:tcPr>
            <w:tcW w:type="dxa" w:w="3283"/>
          </w:tcPr>
          <w:p>
            <w:r>
              <w:t>[3]</w:t>
            </w:r>
          </w:p>
        </w:tc>
        <w:tc>
          <w:tcPr>
            <w:tcW w:type="dxa" w:w="3283"/>
          </w:tcPr>
          <w:p>
            <w:r>
              <w:t>[Date]</w:t>
            </w:r>
          </w:p>
        </w:tc>
        <w:tc>
          <w:tcPr>
            <w:tcW w:type="dxa" w:w="3283"/>
          </w:tcPr>
          <w:p>
            <w:r>
              <w:t>[Name]</w:t>
            </w:r>
          </w:p>
        </w:tc>
      </w:tr>
    </w:tbl>
    <w:p>
      <w:pPr>
        <w:pStyle w:val="Heading1"/>
      </w:pPr>
      <w:r>
        <w:t>LAST NOTE</w:t>
      </w:r>
    </w:p>
    <w:p>
      <w:r>
        <w:t>You do not need permission to have an idea. You might need consent, support or approval to deliver it safely — find out early, invite the right people in, and keep going.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94" w:right="1195" w:bottom="1037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315D96"/>
        <w:sz w:val="16"/>
      </w:rPr>
      <w:t>FREE TO ADAPT  ✳  Actual Knowledge Exchange  •  themajorityvotegeneral@gmail.com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315D96"/>
      </w:rPr>
      <w:t>THE MAJORITY VOTE  /  AKE  /  THE UNLOCKED DRAWER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22B5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15D96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22B5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80"/>
      <w:contextualSpacing/>
    </w:pPr>
    <w:rPr>
      <w:rFonts w:asciiTheme="majorHAnsi" w:eastAsiaTheme="majorEastAsia" w:hAnsiTheme="majorHAnsi" w:cstheme="majorBidi" w:ascii="Aptos Display" w:hAnsi="Aptos Display"/>
      <w:b/>
      <w:color w:val="122B52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